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Fișă de lucru pentru profilul LinkedIn</w:t>
      </w:r>
    </w:p>
    <w:p>
      <w:pPr>
        <w:pStyle w:val="Heading1"/>
      </w:pPr>
      <w:r>
        <w:t>Direcția și titlul profesional</w:t>
      </w:r>
    </w:p>
    <w:p>
      <w:pPr>
        <w:pStyle w:val="Heading1"/>
      </w:pPr>
      <w:r>
        <w:t>Scopul fișei</w:t>
      </w:r>
    </w:p>
    <w:p>
      <w:r>
        <w:t>Pregătește informațiile înainte să le publici în profil. Completează câmpurile cu experiența ta reală. Word este editabil; PDF-ul este pentru consultare sau lucru pe hârtie.</w:t>
      </w:r>
    </w:p>
    <w:p>
      <w:pPr>
        <w:pStyle w:val="Heading1"/>
      </w:pPr>
      <w:r>
        <w:t>Rolul sau direcția urmărită</w:t>
      </w:r>
    </w:p>
    <w:p>
      <w:r>
        <w:t>[Ce tip de activitate sau rol urmăresc?]</w:t>
      </w:r>
    </w:p>
    <w:p>
      <w:r>
        <w:t>[Cui vreau să i se adreseze profilul meu?]</w:t>
      </w:r>
    </w:p>
    <w:p>
      <w:pPr>
        <w:pStyle w:val="Heading1"/>
      </w:pPr>
      <w:r>
        <w:t>Trei cerințe și dovezile lor</w:t>
      </w:r>
    </w:p>
    <w:p>
      <w:r>
        <w:t>Cerință 1 [________] | Exemplul meu real [________________]</w:t>
      </w:r>
    </w:p>
    <w:p>
      <w:r>
        <w:t>Cerință 2 [________] | Exemplul meu real [________________]</w:t>
      </w:r>
    </w:p>
    <w:p>
      <w:r>
        <w:t>Cerință 3 [________] | Exemplul meu real [________________]</w:t>
      </w:r>
    </w:p>
    <w:p>
      <w:pPr>
        <w:pStyle w:val="Heading1"/>
      </w:pPr>
      <w:r>
        <w:t>Titlul profesional</w:t>
      </w:r>
    </w:p>
    <w:p>
      <w:r>
        <w:t>Formula de lucru: rol sau direcție + competențe relevante + context.</w:t>
      </w:r>
    </w:p>
    <w:p>
      <w:r>
        <w:t>Varianta 1 [________________________________________________]</w:t>
      </w:r>
    </w:p>
    <w:p>
      <w:r>
        <w:t>Varianta 2 [________________________________________________]</w:t>
      </w:r>
    </w:p>
    <w:p>
      <w:r>
        <w:t>Exemplu fictiv: Asistentă administrativă | Organizarea documentelor și urmărirea termenelor.</w:t>
      </w:r>
    </w:p>
    <w:p>
      <w:pPr>
        <w:pStyle w:val="Heading1"/>
      </w:pPr>
      <w:r>
        <w:t>Verificare</w:t>
      </w:r>
    </w:p>
    <w:p>
      <w:r>
        <w:t>Titlul descrie nivelul meu real? [Da / De revizuit]</w:t>
      </w:r>
    </w:p>
    <w:p>
      <w:r>
        <w:t>Am evitat roluri, calificări sau rezultate pe care nu le pot demonstra? [Da / De revizuit]</w:t>
      </w:r>
    </w:p>
    <w:p>
      <w:r>
        <w:br w:type="page"/>
      </w:r>
    </w:p>
    <w:p>
      <w:pPr>
        <w:pStyle w:val="Title"/>
      </w:pPr>
      <w:r>
        <w:t>Descrierea și dovezile profesionale</w:t>
      </w:r>
    </w:p>
    <w:p>
      <w:pPr>
        <w:pStyle w:val="Heading1"/>
      </w:pPr>
      <w:r>
        <w:t>Secțiunea Despre</w:t>
      </w:r>
    </w:p>
    <w:p>
      <w:r>
        <w:t>Ce fac profesional [________________________________________]</w:t>
      </w:r>
    </w:p>
    <w:p>
      <w:r>
        <w:t>Ce exemplu concret pot oferi [_______________________________]</w:t>
      </w:r>
    </w:p>
    <w:p>
      <w:r>
        <w:t>Care a fost contribuția mea personală [_______________________]</w:t>
      </w:r>
    </w:p>
    <w:p>
      <w:r>
        <w:t>Ce direcție urmăresc [______________________________________]</w:t>
      </w:r>
    </w:p>
    <w:p>
      <w:r>
        <w:t>Cum aleg să fiu contactată [_________________________________]</w:t>
      </w:r>
    </w:p>
    <w:p>
      <w:pPr>
        <w:pStyle w:val="Heading1"/>
      </w:pPr>
      <w:r>
        <w:t>Experiența relevantă</w:t>
      </w:r>
    </w:p>
    <w:p>
      <w:r>
        <w:t>Rol și perioadă [___________________________________________]</w:t>
      </w:r>
    </w:p>
    <w:p>
      <w:r>
        <w:t>Acțiune + context + rezultat observabil [______________________]</w:t>
      </w:r>
    </w:p>
    <w:p>
      <w:r>
        <w:t>A doua contribuție relevantă [_______________________________]</w:t>
      </w:r>
    </w:p>
    <w:p>
      <w:pPr>
        <w:pStyle w:val="Heading1"/>
      </w:pPr>
      <w:r>
        <w:t>Proiect publicabil</w:t>
      </w:r>
    </w:p>
    <w:p>
      <w:r>
        <w:t>Nume și tip de proiect [real / de curs / demonstrativ]</w:t>
      </w:r>
    </w:p>
    <w:p>
      <w:r>
        <w:t>Obiectiv [________________________________________________]</w:t>
      </w:r>
    </w:p>
    <w:p>
      <w:r>
        <w:t>Contribuția mea [__________________________________________]</w:t>
      </w:r>
    </w:p>
    <w:p>
      <w:r>
        <w:t>Livrabil și ce am învățat [__________________________________]</w:t>
      </w:r>
    </w:p>
    <w:p>
      <w:r>
        <w:t>Legătură și permisiuni verificate [____________________________]</w:t>
      </w:r>
    </w:p>
    <w:p>
      <w:pPr>
        <w:pStyle w:val="Heading1"/>
      </w:pPr>
      <w:r>
        <w:t>Competențe susținute prin exemple</w:t>
      </w:r>
    </w:p>
    <w:p>
      <w:r>
        <w:t>Competență [____________] | Dovadă [______________________]</w:t>
      </w:r>
    </w:p>
    <w:p>
      <w:r>
        <w:t>Competență [____________] | Dovadă [______________________]</w:t>
      </w:r>
    </w:p>
    <w:p>
      <w:r>
        <w:t>Nu include documente confidențiale. Marchează explicit proiectele cu date fictive.</w:t>
      </w:r>
    </w:p>
    <w:p>
      <w:r>
        <w:br w:type="page"/>
      </w:r>
    </w:p>
    <w:p>
      <w:pPr>
        <w:pStyle w:val="Title"/>
      </w:pPr>
      <w:r>
        <w:t>Verificarea înainte de publicare</w:t>
      </w:r>
    </w:p>
    <w:p>
      <w:pPr>
        <w:pStyle w:val="Heading1"/>
      </w:pPr>
      <w:r>
        <w:t>Coerența profilului</w:t>
      </w:r>
    </w:p>
    <w:p>
      <w:r>
        <w:t>[ ] Funcțiile, perioadele și studiile corespund CV-ului.</w:t>
      </w:r>
    </w:p>
    <w:p>
      <w:r>
        <w:t>[ ] Titlul și primele rânduri arată direcția urmărită.</w:t>
      </w:r>
    </w:p>
    <w:p>
      <w:r>
        <w:t>[ ] Descrierea include un exemplu concret.</w:t>
      </w:r>
    </w:p>
    <w:p>
      <w:r>
        <w:t>[ ] Proiectele demonstrative sunt etichetate corect.</w:t>
      </w:r>
    </w:p>
    <w:p>
      <w:r>
        <w:t>[ ] Legăturile și permisiunile fișierelor funcționează.</w:t>
      </w:r>
    </w:p>
    <w:p>
      <w:r>
        <w:t>[ ] Am eliminat parantezele și textele rămase din șablon.</w:t>
      </w:r>
    </w:p>
    <w:p>
      <w:pPr>
        <w:pStyle w:val="Heading1"/>
      </w:pPr>
      <w:r>
        <w:t>Vizibilitatea</w:t>
      </w:r>
    </w:p>
    <w:p>
      <w:r>
        <w:t>[ ] Am verificat ce informații sunt publice.</w:t>
      </w:r>
    </w:p>
    <w:p>
      <w:r>
        <w:t>[ ] Am verificat separat vizibilitatea fotografiei și datele de contact.</w:t>
      </w:r>
    </w:p>
    <w:p>
      <w:r>
        <w:t>[ ] Înțeleg cine vede preferințele Open to Work.</w:t>
      </w:r>
    </w:p>
    <w:p>
      <w:r>
        <w:t>[ ] Nu tratez opțiunea doar recrutori drept garanție de confidențialitate.</w:t>
      </w:r>
    </w:p>
    <w:p>
      <w:pPr>
        <w:pStyle w:val="Heading1"/>
      </w:pPr>
      <w:r>
        <w:t>Următorul pas</w:t>
      </w:r>
    </w:p>
    <w:p>
      <w:r>
        <w:t>Persoana căreia îi pot cere feedback [________________________]</w:t>
      </w:r>
    </w:p>
    <w:p>
      <w:r>
        <w:t>Întrebarea mea concretă [___________________________________]</w:t>
      </w:r>
    </w:p>
    <w:p>
      <w:r>
        <w:t>Ce voi revizui prima dată [__________________________________]</w:t>
      </w:r>
    </w:p>
    <w:p>
      <w:pPr>
        <w:pStyle w:val="Heading1"/>
      </w:pPr>
      <w:r>
        <w:t>Resurse oficiale</w:t>
      </w:r>
    </w:p>
    <w:p>
      <w:r>
        <w:t>linkedin.com/help/linkedin — caută Create a good LinkedIn profile, Public profile și Open to Work.</w:t>
      </w:r>
    </w:p>
    <w:p>
      <w:r>
        <w:t>Opțiunile platformei se pot modifica. Verifică explicațiile actuale din cont înainte de salvare.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exact" w:after="180"/>
    </w:pPr>
    <w:rPr>
      <w:rFonts w:ascii="Arial" w:hAnsi="Arial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Fișă de lucru pentru profilul LinkedIn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